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1FBDEF" w14:textId="1798F93F" w:rsidR="00D147A9" w:rsidRPr="003759B6" w:rsidRDefault="003759B6">
      <w:pPr>
        <w:jc w:val="center"/>
        <w:rPr>
          <w:sz w:val="32"/>
          <w:szCs w:val="32"/>
        </w:rPr>
      </w:pPr>
      <w:r w:rsidRPr="003759B6">
        <w:rPr>
          <w:b/>
          <w:sz w:val="36"/>
          <w:szCs w:val="32"/>
        </w:rPr>
        <w:t>MODULISTICA BENEFICIARI</w:t>
      </w:r>
    </w:p>
    <w:p w14:paraId="07FC8310" w14:textId="77777777" w:rsidR="003759B6" w:rsidRPr="003759B6" w:rsidRDefault="003759B6" w:rsidP="003759B6">
      <w:pPr>
        <w:jc w:val="center"/>
        <w:rPr>
          <w:b/>
          <w:sz w:val="32"/>
          <w:szCs w:val="32"/>
        </w:rPr>
      </w:pPr>
      <w:r w:rsidRPr="003759B6">
        <w:rPr>
          <w:b/>
          <w:sz w:val="32"/>
          <w:szCs w:val="32"/>
        </w:rPr>
        <w:t>Individuazione beneficiari non autosufficienti</w:t>
      </w:r>
      <w:r w:rsidRPr="003759B6">
        <w:rPr>
          <w:b/>
          <w:sz w:val="32"/>
          <w:szCs w:val="32"/>
        </w:rPr>
        <w:br/>
        <w:t xml:space="preserve">Servizi di assistenza personale non specialistica </w:t>
      </w:r>
    </w:p>
    <w:p w14:paraId="7D3CABCA" w14:textId="77777777" w:rsidR="003759B6" w:rsidRPr="003759B6" w:rsidRDefault="003759B6" w:rsidP="003759B6">
      <w:pPr>
        <w:jc w:val="center"/>
        <w:rPr>
          <w:b/>
          <w:i/>
          <w:iCs/>
          <w:sz w:val="24"/>
          <w:szCs w:val="24"/>
        </w:rPr>
      </w:pPr>
      <w:r w:rsidRPr="003759B6">
        <w:rPr>
          <w:b/>
          <w:i/>
          <w:iCs/>
          <w:sz w:val="24"/>
          <w:szCs w:val="24"/>
        </w:rPr>
        <w:t>CUP F81H25000250001</w:t>
      </w:r>
      <w:r w:rsidRPr="003759B6">
        <w:rPr>
          <w:b/>
          <w:i/>
          <w:iCs/>
          <w:sz w:val="24"/>
          <w:szCs w:val="24"/>
        </w:rPr>
        <w:br/>
        <w:t>“Quota Servizi Fondo Povertà 2025 - ATS Caulonia</w:t>
      </w:r>
      <w:r w:rsidRPr="003759B6">
        <w:rPr>
          <w:b/>
          <w:i/>
          <w:iCs/>
          <w:sz w:val="24"/>
          <w:szCs w:val="24"/>
        </w:rPr>
        <w:br/>
        <w:t>Obiettivo 2 Rafforzamento degli interventi di inclusione sociale”</w:t>
      </w:r>
    </w:p>
    <w:p w14:paraId="475EBD17" w14:textId="77777777" w:rsidR="00D147A9" w:rsidRPr="003759B6" w:rsidRDefault="00D147A9">
      <w:pPr>
        <w:spacing w:after="80" w:line="252" w:lineRule="auto"/>
        <w:jc w:val="both"/>
      </w:pPr>
    </w:p>
    <w:p w14:paraId="1888FF50" w14:textId="77777777" w:rsidR="00D147A9" w:rsidRPr="003759B6" w:rsidRDefault="00EE2E13">
      <w:pPr>
        <w:jc w:val="center"/>
      </w:pPr>
      <w:r w:rsidRPr="003759B6">
        <w:rPr>
          <w:b/>
          <w:sz w:val="24"/>
        </w:rPr>
        <w:t>MODELLO D1 - DOMANDA DI ACCESSO AL SERVIZIO</w:t>
      </w:r>
    </w:p>
    <w:p w14:paraId="7170C029" w14:textId="77777777" w:rsidR="003759B6" w:rsidRDefault="003759B6" w:rsidP="003759B6">
      <w:pPr>
        <w:spacing w:after="80" w:line="252" w:lineRule="auto"/>
        <w:jc w:val="right"/>
      </w:pPr>
    </w:p>
    <w:p w14:paraId="5AB75F60" w14:textId="1208AA0F" w:rsidR="00D147A9" w:rsidRPr="003759B6" w:rsidRDefault="00EE2E13" w:rsidP="003759B6">
      <w:pPr>
        <w:spacing w:after="80" w:line="252" w:lineRule="auto"/>
        <w:jc w:val="right"/>
      </w:pPr>
      <w:r w:rsidRPr="003759B6">
        <w:t>Al Comune di ____________________</w:t>
      </w:r>
    </w:p>
    <w:p w14:paraId="57FA9F8E" w14:textId="77777777" w:rsidR="003759B6" w:rsidRDefault="003759B6">
      <w:pPr>
        <w:spacing w:after="80" w:line="252" w:lineRule="auto"/>
        <w:jc w:val="both"/>
        <w:rPr>
          <w:b/>
        </w:rPr>
      </w:pPr>
    </w:p>
    <w:p w14:paraId="47D2D25F" w14:textId="179391E8" w:rsidR="00D147A9" w:rsidRPr="003759B6" w:rsidRDefault="00EE2E13">
      <w:pPr>
        <w:spacing w:after="80" w:line="252" w:lineRule="auto"/>
        <w:jc w:val="both"/>
        <w:rPr>
          <w:b/>
        </w:rPr>
      </w:pPr>
      <w:r w:rsidRPr="003759B6">
        <w:rPr>
          <w:b/>
        </w:rPr>
        <w:t xml:space="preserve">Oggetto: Domanda di accesso ai servizi di assistenza personale non specialistica - QSFP 2025 - CUP </w:t>
      </w:r>
      <w:r w:rsidR="003759B6" w:rsidRPr="003759B6">
        <w:rPr>
          <w:b/>
        </w:rPr>
        <w:t>F81H25000250001</w:t>
      </w:r>
    </w:p>
    <w:p w14:paraId="2BB3EFE0" w14:textId="77777777" w:rsidR="003759B6" w:rsidRDefault="003759B6">
      <w:pPr>
        <w:spacing w:after="80" w:line="252" w:lineRule="auto"/>
        <w:jc w:val="both"/>
      </w:pPr>
    </w:p>
    <w:p w14:paraId="7DDD60F2" w14:textId="1351298E" w:rsidR="00D147A9" w:rsidRPr="003759B6" w:rsidRDefault="00EE2E13">
      <w:pPr>
        <w:spacing w:after="80" w:line="252" w:lineRule="auto"/>
        <w:jc w:val="both"/>
      </w:pPr>
      <w:r w:rsidRPr="003759B6">
        <w:t xml:space="preserve">Il/La sottoscritto/a ____________________, nato/a </w:t>
      </w:r>
      <w:r w:rsidRPr="003759B6">
        <w:t>a ____________________ il __________, residente a ____________________, in via ____________________, codice fiscale ____________________, telefono ____________________, PEC/e-mail ____________________,</w:t>
      </w:r>
    </w:p>
    <w:p w14:paraId="30DD2D55" w14:textId="77777777" w:rsidR="00D147A9" w:rsidRPr="003759B6" w:rsidRDefault="00EE2E13">
      <w:pPr>
        <w:spacing w:after="80" w:line="252" w:lineRule="auto"/>
        <w:jc w:val="both"/>
      </w:pPr>
      <w:r w:rsidRPr="003759B6">
        <w:t xml:space="preserve">in qualità di: </w:t>
      </w:r>
      <w:proofErr w:type="gramStart"/>
      <w:r w:rsidRPr="003759B6">
        <w:t>[ ]</w:t>
      </w:r>
      <w:proofErr w:type="gramEnd"/>
      <w:r w:rsidRPr="003759B6">
        <w:t xml:space="preserve"> diretto interessato  [ ] familiare </w:t>
      </w:r>
      <w:r w:rsidRPr="003759B6">
        <w:t xml:space="preserve"> [ ] caregiver  [ ] amministratore di sostegno  [ ] altro: ____________________,</w:t>
      </w:r>
    </w:p>
    <w:p w14:paraId="3020F4D0" w14:textId="77777777" w:rsidR="00D147A9" w:rsidRPr="003759B6" w:rsidRDefault="00EE2E13">
      <w:pPr>
        <w:jc w:val="center"/>
      </w:pPr>
      <w:r w:rsidRPr="003759B6">
        <w:rPr>
          <w:b/>
        </w:rPr>
        <w:t>CHIEDE</w:t>
      </w:r>
    </w:p>
    <w:p w14:paraId="7B5CAEB8" w14:textId="77777777" w:rsidR="00D147A9" w:rsidRPr="003759B6" w:rsidRDefault="00EE2E13">
      <w:pPr>
        <w:spacing w:after="80" w:line="252" w:lineRule="auto"/>
        <w:jc w:val="both"/>
      </w:pPr>
      <w:r w:rsidRPr="003759B6">
        <w:t>l'ammissione ai servizi di assistenza personale non specialistica, assistenza domiciliare socioassistenziale e servizi di prossimità in favore di:</w:t>
      </w:r>
    </w:p>
    <w:p w14:paraId="2DA7BCE9" w14:textId="77777777" w:rsidR="00D147A9" w:rsidRPr="003759B6" w:rsidRDefault="00EE2E13">
      <w:pPr>
        <w:spacing w:after="80" w:line="252" w:lineRule="auto"/>
      </w:pPr>
      <w:r w:rsidRPr="003759B6">
        <w:t>Nome e cognome benefi</w:t>
      </w:r>
      <w:r w:rsidRPr="003759B6">
        <w:t>ciario: ____________________</w:t>
      </w:r>
    </w:p>
    <w:p w14:paraId="1706F80F" w14:textId="77777777" w:rsidR="00D147A9" w:rsidRPr="003759B6" w:rsidRDefault="00EE2E13">
      <w:pPr>
        <w:spacing w:after="80" w:line="252" w:lineRule="auto"/>
      </w:pPr>
      <w:r w:rsidRPr="003759B6">
        <w:t>Nato/a a ____________________ il __________</w:t>
      </w:r>
    </w:p>
    <w:p w14:paraId="016720E2" w14:textId="77777777" w:rsidR="00D147A9" w:rsidRPr="003759B6" w:rsidRDefault="00EE2E13">
      <w:pPr>
        <w:spacing w:after="80" w:line="252" w:lineRule="auto"/>
      </w:pPr>
      <w:r w:rsidRPr="003759B6">
        <w:t>Residente a ____________________ in via ____________________</w:t>
      </w:r>
    </w:p>
    <w:p w14:paraId="6C6531E0" w14:textId="77777777" w:rsidR="00D147A9" w:rsidRPr="003759B6" w:rsidRDefault="00EE2E13">
      <w:pPr>
        <w:spacing w:after="80" w:line="252" w:lineRule="auto"/>
      </w:pPr>
      <w:r w:rsidRPr="003759B6">
        <w:t>Codice fiscale ____________________</w:t>
      </w:r>
    </w:p>
    <w:p w14:paraId="01374BED" w14:textId="77777777" w:rsidR="00D147A9" w:rsidRPr="003759B6" w:rsidRDefault="00EE2E13">
      <w:pPr>
        <w:spacing w:after="80" w:line="252" w:lineRule="auto"/>
      </w:pPr>
      <w:r w:rsidRPr="003759B6">
        <w:t>Telefono ____________________</w:t>
      </w:r>
    </w:p>
    <w:p w14:paraId="4168712E" w14:textId="77777777" w:rsidR="00D147A9" w:rsidRPr="003759B6" w:rsidRDefault="00EE2E13">
      <w:pPr>
        <w:jc w:val="center"/>
      </w:pPr>
      <w:r w:rsidRPr="003759B6">
        <w:rPr>
          <w:b/>
        </w:rPr>
        <w:t>DICHIARA</w:t>
      </w:r>
    </w:p>
    <w:p w14:paraId="5ECAC063" w14:textId="77777777" w:rsidR="00D147A9" w:rsidRPr="003759B6" w:rsidRDefault="00EE2E13">
      <w:pPr>
        <w:pStyle w:val="Puntoelenco"/>
        <w:spacing w:after="20"/>
        <w:jc w:val="both"/>
      </w:pPr>
      <w:r w:rsidRPr="003759B6">
        <w:t>che il beneficiario è residente nel Comune di _</w:t>
      </w:r>
      <w:r w:rsidRPr="003759B6">
        <w:t>___________________;</w:t>
      </w:r>
    </w:p>
    <w:p w14:paraId="234370A1" w14:textId="77777777" w:rsidR="00D147A9" w:rsidRPr="003759B6" w:rsidRDefault="00EE2E13">
      <w:pPr>
        <w:pStyle w:val="Puntoelenco"/>
        <w:spacing w:after="20"/>
        <w:jc w:val="both"/>
      </w:pPr>
      <w:r w:rsidRPr="003759B6">
        <w:t>che il beneficiario si trova in condizione di non autosufficienza, fragilità o ridotta autonomia personale;</w:t>
      </w:r>
    </w:p>
    <w:p w14:paraId="6D44A215" w14:textId="77777777" w:rsidR="00D147A9" w:rsidRPr="003759B6" w:rsidRDefault="00EE2E13">
      <w:pPr>
        <w:pStyle w:val="Puntoelenco"/>
        <w:spacing w:after="20"/>
        <w:jc w:val="both"/>
      </w:pPr>
      <w:r w:rsidRPr="003759B6">
        <w:lastRenderedPageBreak/>
        <w:t>che il beneficiario/nucleo si trova in condizione di disagio economico-sociale;</w:t>
      </w:r>
    </w:p>
    <w:p w14:paraId="7D0AF869" w14:textId="77777777" w:rsidR="00D147A9" w:rsidRPr="003759B6" w:rsidRDefault="00EE2E13">
      <w:pPr>
        <w:pStyle w:val="Puntoelenco"/>
        <w:spacing w:after="20"/>
        <w:jc w:val="both"/>
      </w:pPr>
      <w:r w:rsidRPr="003759B6">
        <w:t xml:space="preserve">che il beneficiario/nucleo è beneficiario ADI: </w:t>
      </w:r>
      <w:proofErr w:type="gramStart"/>
      <w:r w:rsidRPr="003759B6">
        <w:t>[ ]</w:t>
      </w:r>
      <w:proofErr w:type="gramEnd"/>
      <w:r w:rsidRPr="003759B6">
        <w:t xml:space="preserve"> sì  [ ] no;</w:t>
      </w:r>
    </w:p>
    <w:p w14:paraId="28E8CCDB" w14:textId="77777777" w:rsidR="00D147A9" w:rsidRPr="003759B6" w:rsidRDefault="00EE2E13">
      <w:pPr>
        <w:pStyle w:val="Puntoelenco"/>
        <w:spacing w:after="20"/>
        <w:jc w:val="both"/>
      </w:pPr>
      <w:r w:rsidRPr="003759B6">
        <w:t>che il beneficiario/nucleo è in possesso di ISEE pari a euro __________;</w:t>
      </w:r>
    </w:p>
    <w:p w14:paraId="0607B904" w14:textId="77777777" w:rsidR="00D147A9" w:rsidRPr="003759B6" w:rsidRDefault="00EE2E13">
      <w:pPr>
        <w:pStyle w:val="Puntoelenco"/>
        <w:spacing w:after="20"/>
        <w:jc w:val="both"/>
      </w:pPr>
      <w:r w:rsidRPr="003759B6">
        <w:t xml:space="preserve">che il beneficiario è già conosciuto o preso in carico dal servizio sociale: </w:t>
      </w:r>
      <w:proofErr w:type="gramStart"/>
      <w:r w:rsidRPr="003759B6">
        <w:t>[ ]</w:t>
      </w:r>
      <w:proofErr w:type="gramEnd"/>
      <w:r w:rsidRPr="003759B6">
        <w:t xml:space="preserve"> sì  [ ] no;</w:t>
      </w:r>
    </w:p>
    <w:p w14:paraId="71517E8E" w14:textId="77777777" w:rsidR="00D147A9" w:rsidRPr="003759B6" w:rsidRDefault="00EE2E13">
      <w:pPr>
        <w:pStyle w:val="Puntoelenco"/>
        <w:spacing w:after="20"/>
        <w:jc w:val="both"/>
      </w:pPr>
      <w:r w:rsidRPr="003759B6">
        <w:t>che le informazioni rese sono veritiere.</w:t>
      </w:r>
    </w:p>
    <w:p w14:paraId="5E70FEF3" w14:textId="77777777" w:rsidR="00D147A9" w:rsidRPr="003759B6" w:rsidRDefault="00EE2E13">
      <w:pPr>
        <w:spacing w:after="80" w:line="252" w:lineRule="auto"/>
        <w:jc w:val="both"/>
      </w:pPr>
      <w:r w:rsidRPr="003759B6">
        <w:t>Allega:</w:t>
      </w:r>
    </w:p>
    <w:p w14:paraId="2FF1A9BD" w14:textId="77777777" w:rsidR="00D147A9" w:rsidRPr="003759B6" w:rsidRDefault="00EE2E13">
      <w:pPr>
        <w:pStyle w:val="Puntoelenco"/>
        <w:spacing w:after="20"/>
        <w:jc w:val="both"/>
      </w:pPr>
      <w:r w:rsidRPr="003759B6">
        <w:t>documento di identità del</w:t>
      </w:r>
      <w:r w:rsidRPr="003759B6">
        <w:t xml:space="preserve"> richiedente;</w:t>
      </w:r>
    </w:p>
    <w:p w14:paraId="65097BFE" w14:textId="77777777" w:rsidR="00D147A9" w:rsidRPr="003759B6" w:rsidRDefault="00EE2E13">
      <w:pPr>
        <w:pStyle w:val="Puntoelenco"/>
        <w:spacing w:after="20"/>
        <w:jc w:val="both"/>
      </w:pPr>
      <w:r w:rsidRPr="003759B6">
        <w:t>documento di identità del beneficiario, se diverso;</w:t>
      </w:r>
    </w:p>
    <w:p w14:paraId="37E6B24A" w14:textId="77777777" w:rsidR="00D147A9" w:rsidRPr="003759B6" w:rsidRDefault="00EE2E13">
      <w:pPr>
        <w:pStyle w:val="Puntoelenco"/>
        <w:spacing w:after="20"/>
        <w:jc w:val="both"/>
      </w:pPr>
      <w:r w:rsidRPr="003759B6">
        <w:t>attestazione ISEE;</w:t>
      </w:r>
    </w:p>
    <w:p w14:paraId="285293C1" w14:textId="77777777" w:rsidR="00D147A9" w:rsidRPr="003759B6" w:rsidRDefault="00EE2E13">
      <w:pPr>
        <w:pStyle w:val="Puntoelenco"/>
        <w:spacing w:after="20"/>
        <w:jc w:val="both"/>
      </w:pPr>
      <w:r w:rsidRPr="003759B6">
        <w:t>eventuale documentazione attestante invalidità, disabilità, non autosufficienza o fragilità;</w:t>
      </w:r>
    </w:p>
    <w:p w14:paraId="02FB28E9" w14:textId="77777777" w:rsidR="00D147A9" w:rsidRPr="003759B6" w:rsidRDefault="00EE2E13">
      <w:pPr>
        <w:pStyle w:val="Puntoelenco"/>
        <w:spacing w:after="20"/>
        <w:jc w:val="both"/>
      </w:pPr>
      <w:r w:rsidRPr="003759B6">
        <w:t>eventuale documentazione ADI;</w:t>
      </w:r>
    </w:p>
    <w:p w14:paraId="785D254B" w14:textId="77777777" w:rsidR="00D147A9" w:rsidRPr="003759B6" w:rsidRDefault="00EE2E13">
      <w:pPr>
        <w:pStyle w:val="Puntoelenco"/>
        <w:spacing w:after="20"/>
        <w:jc w:val="both"/>
      </w:pPr>
      <w:r w:rsidRPr="003759B6">
        <w:t>informativa privacy;</w:t>
      </w:r>
    </w:p>
    <w:p w14:paraId="286CA65C" w14:textId="77777777" w:rsidR="00D147A9" w:rsidRPr="003759B6" w:rsidRDefault="00EE2E13">
      <w:pPr>
        <w:pStyle w:val="Puntoelenco"/>
        <w:spacing w:after="20"/>
        <w:jc w:val="both"/>
      </w:pPr>
      <w:r w:rsidRPr="003759B6">
        <w:t>eventuale delega o document</w:t>
      </w:r>
      <w:r w:rsidRPr="003759B6">
        <w:t>azione attestante la rappresentanza.</w:t>
      </w:r>
    </w:p>
    <w:p w14:paraId="6B36E86B" w14:textId="77777777" w:rsidR="00D147A9" w:rsidRPr="003759B6" w:rsidRDefault="00EE2E13">
      <w:pPr>
        <w:spacing w:after="80" w:line="252" w:lineRule="auto"/>
        <w:jc w:val="both"/>
      </w:pPr>
      <w:r w:rsidRPr="003759B6">
        <w:t>Luogo e data __________</w:t>
      </w:r>
    </w:p>
    <w:p w14:paraId="347F3846" w14:textId="77777777" w:rsidR="00D147A9" w:rsidRPr="003759B6" w:rsidRDefault="00D147A9">
      <w:pPr>
        <w:spacing w:after="160" w:line="252" w:lineRule="auto"/>
        <w:jc w:val="both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46"/>
      </w:tblGrid>
      <w:tr w:rsidR="00D147A9" w:rsidRPr="003759B6" w14:paraId="53C851FB" w14:textId="77777777">
        <w:trPr>
          <w:jc w:val="center"/>
        </w:trPr>
        <w:tc>
          <w:tcPr>
            <w:tcW w:w="9746" w:type="dxa"/>
          </w:tcPr>
          <w:p w14:paraId="0F9EA262" w14:textId="77777777" w:rsidR="00D147A9" w:rsidRPr="003759B6" w:rsidRDefault="00EE2E13">
            <w:pPr>
              <w:jc w:val="center"/>
            </w:pPr>
            <w:r w:rsidRPr="003759B6">
              <w:rPr>
                <w:b/>
                <w:sz w:val="20"/>
              </w:rPr>
              <w:t>Firma</w:t>
            </w:r>
            <w:r w:rsidRPr="003759B6">
              <w:rPr>
                <w:b/>
                <w:sz w:val="20"/>
              </w:rPr>
              <w:br/>
            </w:r>
            <w:r w:rsidRPr="003759B6">
              <w:rPr>
                <w:b/>
                <w:sz w:val="20"/>
              </w:rPr>
              <w:br/>
              <w:t>____________________________</w:t>
            </w:r>
          </w:p>
        </w:tc>
      </w:tr>
    </w:tbl>
    <w:p w14:paraId="46FDF5DB" w14:textId="77777777" w:rsidR="00D147A9" w:rsidRPr="003759B6" w:rsidRDefault="00EE2E13">
      <w:r w:rsidRPr="003759B6">
        <w:br w:type="page"/>
      </w:r>
    </w:p>
    <w:p w14:paraId="17CDAD13" w14:textId="77777777" w:rsidR="00D147A9" w:rsidRPr="003759B6" w:rsidRDefault="00EE2E13">
      <w:pPr>
        <w:jc w:val="center"/>
      </w:pPr>
      <w:r w:rsidRPr="003759B6">
        <w:rPr>
          <w:b/>
          <w:sz w:val="24"/>
        </w:rPr>
        <w:lastRenderedPageBreak/>
        <w:t>MODELLO D2 - SCHEDA DI VALUTAZIONE SOCIALE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4873"/>
        <w:gridCol w:w="4873"/>
      </w:tblGrid>
      <w:tr w:rsidR="00D147A9" w:rsidRPr="003759B6" w14:paraId="79A21B6A" w14:textId="77777777">
        <w:trPr>
          <w:jc w:val="center"/>
        </w:trPr>
        <w:tc>
          <w:tcPr>
            <w:tcW w:w="4873" w:type="dxa"/>
            <w:shd w:val="clear" w:color="auto" w:fill="D9EAF7"/>
          </w:tcPr>
          <w:p w14:paraId="48757590" w14:textId="77777777" w:rsidR="00D147A9" w:rsidRPr="003759B6" w:rsidRDefault="00EE2E13">
            <w:pPr>
              <w:jc w:val="center"/>
            </w:pPr>
            <w:r w:rsidRPr="003759B6">
              <w:rPr>
                <w:b/>
                <w:sz w:val="18"/>
              </w:rPr>
              <w:t>Voce</w:t>
            </w:r>
          </w:p>
        </w:tc>
        <w:tc>
          <w:tcPr>
            <w:tcW w:w="4873" w:type="dxa"/>
            <w:shd w:val="clear" w:color="auto" w:fill="D9EAF7"/>
          </w:tcPr>
          <w:p w14:paraId="5D2BEFF9" w14:textId="77777777" w:rsidR="00D147A9" w:rsidRPr="003759B6" w:rsidRDefault="00EE2E13">
            <w:pPr>
              <w:jc w:val="center"/>
            </w:pPr>
            <w:r w:rsidRPr="003759B6">
              <w:rPr>
                <w:b/>
                <w:sz w:val="18"/>
              </w:rPr>
              <w:t>Contenuto</w:t>
            </w:r>
          </w:p>
        </w:tc>
      </w:tr>
      <w:tr w:rsidR="00D147A9" w:rsidRPr="003759B6" w14:paraId="47B47F99" w14:textId="77777777">
        <w:trPr>
          <w:jc w:val="center"/>
        </w:trPr>
        <w:tc>
          <w:tcPr>
            <w:tcW w:w="4873" w:type="dxa"/>
          </w:tcPr>
          <w:p w14:paraId="5B02AA4A" w14:textId="77777777" w:rsidR="00D147A9" w:rsidRPr="003759B6" w:rsidRDefault="00EE2E13">
            <w:r w:rsidRPr="003759B6">
              <w:rPr>
                <w:b/>
                <w:sz w:val="18"/>
              </w:rPr>
              <w:t>Comune</w:t>
            </w:r>
          </w:p>
        </w:tc>
        <w:tc>
          <w:tcPr>
            <w:tcW w:w="4873" w:type="dxa"/>
          </w:tcPr>
          <w:p w14:paraId="104BD198" w14:textId="77777777" w:rsidR="00D147A9" w:rsidRPr="003759B6" w:rsidRDefault="00EE2E13">
            <w:r w:rsidRPr="003759B6">
              <w:rPr>
                <w:sz w:val="18"/>
              </w:rPr>
              <w:br/>
            </w:r>
            <w:r w:rsidRPr="003759B6">
              <w:rPr>
                <w:sz w:val="18"/>
              </w:rPr>
              <w:br/>
            </w:r>
          </w:p>
        </w:tc>
      </w:tr>
      <w:tr w:rsidR="00D147A9" w:rsidRPr="003759B6" w14:paraId="198442C3" w14:textId="77777777">
        <w:trPr>
          <w:jc w:val="center"/>
        </w:trPr>
        <w:tc>
          <w:tcPr>
            <w:tcW w:w="4873" w:type="dxa"/>
          </w:tcPr>
          <w:p w14:paraId="728FE014" w14:textId="77777777" w:rsidR="00D147A9" w:rsidRPr="003759B6" w:rsidRDefault="00EE2E13">
            <w:r w:rsidRPr="003759B6">
              <w:rPr>
                <w:b/>
                <w:sz w:val="18"/>
              </w:rPr>
              <w:t>Beneficiario</w:t>
            </w:r>
          </w:p>
        </w:tc>
        <w:tc>
          <w:tcPr>
            <w:tcW w:w="4873" w:type="dxa"/>
          </w:tcPr>
          <w:p w14:paraId="149454C2" w14:textId="77777777" w:rsidR="00D147A9" w:rsidRPr="003759B6" w:rsidRDefault="00EE2E13">
            <w:r w:rsidRPr="003759B6">
              <w:rPr>
                <w:sz w:val="18"/>
              </w:rPr>
              <w:br/>
            </w:r>
            <w:r w:rsidRPr="003759B6">
              <w:rPr>
                <w:sz w:val="18"/>
              </w:rPr>
              <w:br/>
            </w:r>
          </w:p>
        </w:tc>
      </w:tr>
      <w:tr w:rsidR="00D147A9" w:rsidRPr="003759B6" w14:paraId="570739E7" w14:textId="77777777">
        <w:trPr>
          <w:jc w:val="center"/>
        </w:trPr>
        <w:tc>
          <w:tcPr>
            <w:tcW w:w="4873" w:type="dxa"/>
          </w:tcPr>
          <w:p w14:paraId="0201F3BB" w14:textId="77777777" w:rsidR="00D147A9" w:rsidRPr="003759B6" w:rsidRDefault="00EE2E13">
            <w:r w:rsidRPr="003759B6">
              <w:rPr>
                <w:b/>
                <w:sz w:val="18"/>
              </w:rPr>
              <w:t>Codice pratica</w:t>
            </w:r>
          </w:p>
        </w:tc>
        <w:tc>
          <w:tcPr>
            <w:tcW w:w="4873" w:type="dxa"/>
          </w:tcPr>
          <w:p w14:paraId="1FF00BF3" w14:textId="77777777" w:rsidR="00D147A9" w:rsidRPr="003759B6" w:rsidRDefault="00EE2E13">
            <w:r w:rsidRPr="003759B6">
              <w:rPr>
                <w:sz w:val="18"/>
              </w:rPr>
              <w:br/>
            </w:r>
            <w:r w:rsidRPr="003759B6">
              <w:rPr>
                <w:sz w:val="18"/>
              </w:rPr>
              <w:br/>
            </w:r>
          </w:p>
        </w:tc>
      </w:tr>
      <w:tr w:rsidR="00D147A9" w:rsidRPr="003759B6" w14:paraId="18416EAF" w14:textId="77777777">
        <w:trPr>
          <w:jc w:val="center"/>
        </w:trPr>
        <w:tc>
          <w:tcPr>
            <w:tcW w:w="4873" w:type="dxa"/>
          </w:tcPr>
          <w:p w14:paraId="4B452E7B" w14:textId="77777777" w:rsidR="00D147A9" w:rsidRPr="003759B6" w:rsidRDefault="00EE2E13">
            <w:r w:rsidRPr="003759B6">
              <w:rPr>
                <w:b/>
                <w:sz w:val="18"/>
              </w:rPr>
              <w:t>Condizione personale e familiare</w:t>
            </w:r>
          </w:p>
        </w:tc>
        <w:tc>
          <w:tcPr>
            <w:tcW w:w="4873" w:type="dxa"/>
          </w:tcPr>
          <w:p w14:paraId="3814FD2D" w14:textId="77777777" w:rsidR="00D147A9" w:rsidRPr="003759B6" w:rsidRDefault="00EE2E13">
            <w:r w:rsidRPr="003759B6">
              <w:rPr>
                <w:sz w:val="18"/>
              </w:rPr>
              <w:br/>
            </w:r>
            <w:r w:rsidRPr="003759B6">
              <w:rPr>
                <w:sz w:val="18"/>
              </w:rPr>
              <w:br/>
            </w:r>
          </w:p>
        </w:tc>
      </w:tr>
      <w:tr w:rsidR="00D147A9" w:rsidRPr="003759B6" w14:paraId="0850DF75" w14:textId="77777777">
        <w:trPr>
          <w:jc w:val="center"/>
        </w:trPr>
        <w:tc>
          <w:tcPr>
            <w:tcW w:w="4873" w:type="dxa"/>
          </w:tcPr>
          <w:p w14:paraId="213FE00E" w14:textId="77777777" w:rsidR="00D147A9" w:rsidRPr="003759B6" w:rsidRDefault="00EE2E13">
            <w:r w:rsidRPr="003759B6">
              <w:rPr>
                <w:b/>
                <w:sz w:val="18"/>
              </w:rPr>
              <w:t xml:space="preserve">Condizione </w:t>
            </w:r>
            <w:r w:rsidRPr="003759B6">
              <w:rPr>
                <w:b/>
                <w:sz w:val="18"/>
              </w:rPr>
              <w:t>di non autosufficienza o limitazione dell'autonomia</w:t>
            </w:r>
          </w:p>
        </w:tc>
        <w:tc>
          <w:tcPr>
            <w:tcW w:w="4873" w:type="dxa"/>
          </w:tcPr>
          <w:p w14:paraId="2A834092" w14:textId="77777777" w:rsidR="00D147A9" w:rsidRPr="003759B6" w:rsidRDefault="00EE2E13">
            <w:r w:rsidRPr="003759B6">
              <w:rPr>
                <w:sz w:val="18"/>
              </w:rPr>
              <w:br/>
            </w:r>
            <w:r w:rsidRPr="003759B6">
              <w:rPr>
                <w:sz w:val="18"/>
              </w:rPr>
              <w:br/>
            </w:r>
          </w:p>
        </w:tc>
      </w:tr>
      <w:tr w:rsidR="00D147A9" w:rsidRPr="003759B6" w14:paraId="601A3FC8" w14:textId="77777777">
        <w:trPr>
          <w:jc w:val="center"/>
        </w:trPr>
        <w:tc>
          <w:tcPr>
            <w:tcW w:w="4873" w:type="dxa"/>
          </w:tcPr>
          <w:p w14:paraId="21994ABF" w14:textId="77777777" w:rsidR="00D147A9" w:rsidRPr="003759B6" w:rsidRDefault="00EE2E13">
            <w:r w:rsidRPr="003759B6">
              <w:rPr>
                <w:b/>
                <w:sz w:val="18"/>
              </w:rPr>
              <w:t>Condizione economica - ISEE</w:t>
            </w:r>
          </w:p>
        </w:tc>
        <w:tc>
          <w:tcPr>
            <w:tcW w:w="4873" w:type="dxa"/>
          </w:tcPr>
          <w:p w14:paraId="10D5408E" w14:textId="77777777" w:rsidR="00D147A9" w:rsidRPr="003759B6" w:rsidRDefault="00EE2E13">
            <w:r w:rsidRPr="003759B6">
              <w:rPr>
                <w:sz w:val="18"/>
              </w:rPr>
              <w:br/>
            </w:r>
            <w:r w:rsidRPr="003759B6">
              <w:rPr>
                <w:sz w:val="18"/>
              </w:rPr>
              <w:br/>
            </w:r>
          </w:p>
        </w:tc>
      </w:tr>
      <w:tr w:rsidR="00D147A9" w:rsidRPr="003759B6" w14:paraId="72CC9FAF" w14:textId="77777777">
        <w:trPr>
          <w:jc w:val="center"/>
        </w:trPr>
        <w:tc>
          <w:tcPr>
            <w:tcW w:w="4873" w:type="dxa"/>
          </w:tcPr>
          <w:p w14:paraId="6A0DBE56" w14:textId="77777777" w:rsidR="00D147A9" w:rsidRPr="003759B6" w:rsidRDefault="00EE2E13">
            <w:r w:rsidRPr="003759B6">
              <w:rPr>
                <w:b/>
                <w:sz w:val="18"/>
              </w:rPr>
              <w:t>Beneficiario ADI sì/no</w:t>
            </w:r>
          </w:p>
        </w:tc>
        <w:tc>
          <w:tcPr>
            <w:tcW w:w="4873" w:type="dxa"/>
          </w:tcPr>
          <w:p w14:paraId="2C4BCB8D" w14:textId="77777777" w:rsidR="00D147A9" w:rsidRPr="003759B6" w:rsidRDefault="00EE2E13">
            <w:r w:rsidRPr="003759B6">
              <w:rPr>
                <w:sz w:val="18"/>
              </w:rPr>
              <w:br/>
            </w:r>
            <w:r w:rsidRPr="003759B6">
              <w:rPr>
                <w:sz w:val="18"/>
              </w:rPr>
              <w:br/>
            </w:r>
          </w:p>
        </w:tc>
      </w:tr>
      <w:tr w:rsidR="00D147A9" w:rsidRPr="003759B6" w14:paraId="17D0D648" w14:textId="77777777">
        <w:trPr>
          <w:jc w:val="center"/>
        </w:trPr>
        <w:tc>
          <w:tcPr>
            <w:tcW w:w="4873" w:type="dxa"/>
          </w:tcPr>
          <w:p w14:paraId="2F16F702" w14:textId="77777777" w:rsidR="00D147A9" w:rsidRPr="003759B6" w:rsidRDefault="00EE2E13">
            <w:r w:rsidRPr="003759B6">
              <w:rPr>
                <w:b/>
                <w:sz w:val="18"/>
              </w:rPr>
              <w:t>Rete familiare e caregiver</w:t>
            </w:r>
          </w:p>
        </w:tc>
        <w:tc>
          <w:tcPr>
            <w:tcW w:w="4873" w:type="dxa"/>
          </w:tcPr>
          <w:p w14:paraId="1F0EDA13" w14:textId="77777777" w:rsidR="00D147A9" w:rsidRPr="003759B6" w:rsidRDefault="00EE2E13">
            <w:r w:rsidRPr="003759B6">
              <w:rPr>
                <w:sz w:val="18"/>
              </w:rPr>
              <w:br/>
            </w:r>
            <w:r w:rsidRPr="003759B6">
              <w:rPr>
                <w:sz w:val="18"/>
              </w:rPr>
              <w:br/>
            </w:r>
          </w:p>
        </w:tc>
      </w:tr>
      <w:tr w:rsidR="00D147A9" w:rsidRPr="003759B6" w14:paraId="7407AC2D" w14:textId="77777777">
        <w:trPr>
          <w:jc w:val="center"/>
        </w:trPr>
        <w:tc>
          <w:tcPr>
            <w:tcW w:w="4873" w:type="dxa"/>
          </w:tcPr>
          <w:p w14:paraId="41B957A8" w14:textId="77777777" w:rsidR="00D147A9" w:rsidRPr="003759B6" w:rsidRDefault="00EE2E13">
            <w:r w:rsidRPr="003759B6">
              <w:rPr>
                <w:b/>
                <w:sz w:val="18"/>
              </w:rPr>
              <w:t>Bisogni rilevati</w:t>
            </w:r>
          </w:p>
        </w:tc>
        <w:tc>
          <w:tcPr>
            <w:tcW w:w="4873" w:type="dxa"/>
          </w:tcPr>
          <w:p w14:paraId="7E649727" w14:textId="77777777" w:rsidR="00D147A9" w:rsidRPr="003759B6" w:rsidRDefault="00EE2E13">
            <w:r w:rsidRPr="003759B6">
              <w:rPr>
                <w:sz w:val="18"/>
              </w:rPr>
              <w:br/>
            </w:r>
            <w:r w:rsidRPr="003759B6">
              <w:rPr>
                <w:sz w:val="18"/>
              </w:rPr>
              <w:br/>
            </w:r>
          </w:p>
        </w:tc>
      </w:tr>
      <w:tr w:rsidR="00D147A9" w:rsidRPr="003759B6" w14:paraId="1B6E2AC1" w14:textId="77777777">
        <w:trPr>
          <w:jc w:val="center"/>
        </w:trPr>
        <w:tc>
          <w:tcPr>
            <w:tcW w:w="4873" w:type="dxa"/>
          </w:tcPr>
          <w:p w14:paraId="656521AC" w14:textId="77777777" w:rsidR="00D147A9" w:rsidRPr="003759B6" w:rsidRDefault="00EE2E13">
            <w:r w:rsidRPr="003759B6">
              <w:rPr>
                <w:b/>
                <w:sz w:val="18"/>
              </w:rPr>
              <w:t>Prestazioni attivabili</w:t>
            </w:r>
          </w:p>
        </w:tc>
        <w:tc>
          <w:tcPr>
            <w:tcW w:w="4873" w:type="dxa"/>
          </w:tcPr>
          <w:p w14:paraId="73C9AFE7" w14:textId="77777777" w:rsidR="00D147A9" w:rsidRPr="003759B6" w:rsidRDefault="00EE2E13">
            <w:r w:rsidRPr="003759B6">
              <w:rPr>
                <w:sz w:val="18"/>
              </w:rPr>
              <w:br/>
            </w:r>
            <w:r w:rsidRPr="003759B6">
              <w:rPr>
                <w:sz w:val="18"/>
              </w:rPr>
              <w:br/>
            </w:r>
          </w:p>
        </w:tc>
      </w:tr>
      <w:tr w:rsidR="00D147A9" w:rsidRPr="003759B6" w14:paraId="2A779BE7" w14:textId="77777777">
        <w:trPr>
          <w:jc w:val="center"/>
        </w:trPr>
        <w:tc>
          <w:tcPr>
            <w:tcW w:w="4873" w:type="dxa"/>
          </w:tcPr>
          <w:p w14:paraId="6C6AEF13" w14:textId="77777777" w:rsidR="00D147A9" w:rsidRPr="003759B6" w:rsidRDefault="00EE2E13">
            <w:r w:rsidRPr="003759B6">
              <w:rPr>
                <w:b/>
                <w:sz w:val="18"/>
              </w:rPr>
              <w:t>ETS individuato</w:t>
            </w:r>
          </w:p>
        </w:tc>
        <w:tc>
          <w:tcPr>
            <w:tcW w:w="4873" w:type="dxa"/>
          </w:tcPr>
          <w:p w14:paraId="5D62983F" w14:textId="77777777" w:rsidR="00D147A9" w:rsidRPr="003759B6" w:rsidRDefault="00EE2E13">
            <w:r w:rsidRPr="003759B6">
              <w:rPr>
                <w:sz w:val="18"/>
              </w:rPr>
              <w:br/>
            </w:r>
            <w:r w:rsidRPr="003759B6">
              <w:rPr>
                <w:sz w:val="18"/>
              </w:rPr>
              <w:br/>
            </w:r>
          </w:p>
        </w:tc>
      </w:tr>
      <w:tr w:rsidR="00D147A9" w:rsidRPr="003759B6" w14:paraId="541B5D5D" w14:textId="77777777">
        <w:trPr>
          <w:jc w:val="center"/>
        </w:trPr>
        <w:tc>
          <w:tcPr>
            <w:tcW w:w="4873" w:type="dxa"/>
          </w:tcPr>
          <w:p w14:paraId="49A4BFCA" w14:textId="77777777" w:rsidR="00D147A9" w:rsidRPr="003759B6" w:rsidRDefault="00EE2E13">
            <w:r w:rsidRPr="003759B6">
              <w:rPr>
                <w:b/>
                <w:sz w:val="18"/>
              </w:rPr>
              <w:t>Durata e frequenza dell'intervento</w:t>
            </w:r>
          </w:p>
        </w:tc>
        <w:tc>
          <w:tcPr>
            <w:tcW w:w="4873" w:type="dxa"/>
          </w:tcPr>
          <w:p w14:paraId="505E7E2D" w14:textId="77777777" w:rsidR="00D147A9" w:rsidRPr="003759B6" w:rsidRDefault="00EE2E13">
            <w:r w:rsidRPr="003759B6">
              <w:rPr>
                <w:sz w:val="18"/>
              </w:rPr>
              <w:br/>
            </w:r>
            <w:r w:rsidRPr="003759B6">
              <w:rPr>
                <w:sz w:val="18"/>
              </w:rPr>
              <w:br/>
            </w:r>
          </w:p>
        </w:tc>
      </w:tr>
      <w:tr w:rsidR="00D147A9" w:rsidRPr="003759B6" w14:paraId="1994204F" w14:textId="77777777">
        <w:trPr>
          <w:jc w:val="center"/>
        </w:trPr>
        <w:tc>
          <w:tcPr>
            <w:tcW w:w="4873" w:type="dxa"/>
          </w:tcPr>
          <w:p w14:paraId="38D98A88" w14:textId="77777777" w:rsidR="00D147A9" w:rsidRPr="003759B6" w:rsidRDefault="00EE2E13">
            <w:r w:rsidRPr="003759B6">
              <w:rPr>
                <w:b/>
                <w:sz w:val="18"/>
              </w:rPr>
              <w:t>Valutazione complessiva e proposta</w:t>
            </w:r>
          </w:p>
        </w:tc>
        <w:tc>
          <w:tcPr>
            <w:tcW w:w="4873" w:type="dxa"/>
          </w:tcPr>
          <w:p w14:paraId="0CA463C4" w14:textId="77777777" w:rsidR="00D147A9" w:rsidRPr="003759B6" w:rsidRDefault="00EE2E13">
            <w:r w:rsidRPr="003759B6">
              <w:rPr>
                <w:sz w:val="18"/>
              </w:rPr>
              <w:br/>
            </w:r>
            <w:r w:rsidRPr="003759B6">
              <w:rPr>
                <w:sz w:val="18"/>
              </w:rPr>
              <w:br/>
            </w:r>
          </w:p>
        </w:tc>
      </w:tr>
    </w:tbl>
    <w:p w14:paraId="62A842D3" w14:textId="77777777" w:rsidR="00D147A9" w:rsidRPr="003759B6" w:rsidRDefault="00EE2E13">
      <w:pPr>
        <w:spacing w:after="80" w:line="252" w:lineRule="auto"/>
        <w:jc w:val="both"/>
      </w:pPr>
      <w:r w:rsidRPr="003759B6">
        <w:t>Assistente sociale/Responsabile istruttoria ____________________</w:t>
      </w:r>
    </w:p>
    <w:p w14:paraId="6C188778" w14:textId="77777777" w:rsidR="00D147A9" w:rsidRPr="003759B6" w:rsidRDefault="00EE2E13">
      <w:pPr>
        <w:spacing w:after="80" w:line="252" w:lineRule="auto"/>
        <w:jc w:val="both"/>
      </w:pPr>
      <w:r w:rsidRPr="003759B6">
        <w:t>Data __________</w:t>
      </w:r>
    </w:p>
    <w:p w14:paraId="0411F93D" w14:textId="77777777" w:rsidR="00D147A9" w:rsidRPr="003759B6" w:rsidRDefault="00EE2E13">
      <w:r w:rsidRPr="003759B6">
        <w:br w:type="page"/>
      </w:r>
    </w:p>
    <w:p w14:paraId="40934957" w14:textId="77777777" w:rsidR="00D147A9" w:rsidRPr="003759B6" w:rsidRDefault="00EE2E13">
      <w:pPr>
        <w:jc w:val="center"/>
      </w:pPr>
      <w:r w:rsidRPr="003759B6">
        <w:rPr>
          <w:b/>
          <w:sz w:val="24"/>
        </w:rPr>
        <w:lastRenderedPageBreak/>
        <w:t>MODELLO D3 - PATTO/SCHEDA DI ATTIVAZIONE DEL SERVIZIO</w:t>
      </w:r>
    </w:p>
    <w:p w14:paraId="6D716093" w14:textId="77777777" w:rsidR="00D147A9" w:rsidRPr="003759B6" w:rsidRDefault="00EE2E13">
      <w:pPr>
        <w:spacing w:after="80" w:line="252" w:lineRule="auto"/>
      </w:pPr>
      <w:r w:rsidRPr="003759B6">
        <w:t>Comune di ____________________</w:t>
      </w:r>
    </w:p>
    <w:p w14:paraId="3192DCAB" w14:textId="77777777" w:rsidR="00D147A9" w:rsidRPr="003759B6" w:rsidRDefault="00EE2E13">
      <w:pPr>
        <w:spacing w:after="80" w:line="252" w:lineRule="auto"/>
      </w:pPr>
      <w:r w:rsidRPr="003759B6">
        <w:t>Beneficiario ____________________</w:t>
      </w:r>
    </w:p>
    <w:p w14:paraId="6A2849EF" w14:textId="77777777" w:rsidR="00D147A9" w:rsidRPr="003759B6" w:rsidRDefault="00EE2E13">
      <w:pPr>
        <w:spacing w:after="80" w:line="252" w:lineRule="auto"/>
      </w:pPr>
      <w:r w:rsidRPr="003759B6">
        <w:t xml:space="preserve">ETS incaricato </w:t>
      </w:r>
      <w:r w:rsidRPr="003759B6">
        <w:t>____________________</w:t>
      </w:r>
    </w:p>
    <w:p w14:paraId="26A95069" w14:textId="77777777" w:rsidR="00D147A9" w:rsidRPr="003759B6" w:rsidRDefault="00EE2E13">
      <w:pPr>
        <w:spacing w:after="80" w:line="252" w:lineRule="auto"/>
      </w:pPr>
      <w:r w:rsidRPr="003759B6">
        <w:t>CUP __________</w:t>
      </w:r>
    </w:p>
    <w:p w14:paraId="487E85EA" w14:textId="77777777" w:rsidR="00D147A9" w:rsidRPr="003759B6" w:rsidRDefault="00EE2E13">
      <w:pPr>
        <w:spacing w:after="80" w:line="252" w:lineRule="auto"/>
        <w:jc w:val="both"/>
      </w:pPr>
      <w:r w:rsidRPr="003759B6">
        <w:t>Il servizio attivato consiste in:</w:t>
      </w:r>
    </w:p>
    <w:p w14:paraId="38E43D92" w14:textId="77777777" w:rsidR="00D147A9" w:rsidRPr="003759B6" w:rsidRDefault="00EE2E13">
      <w:pPr>
        <w:pStyle w:val="Puntoelenco"/>
        <w:spacing w:after="20"/>
        <w:jc w:val="both"/>
      </w:pPr>
      <w:r w:rsidRPr="003759B6">
        <w:t>assistenza personale non specialistica;</w:t>
      </w:r>
    </w:p>
    <w:p w14:paraId="271AE288" w14:textId="77777777" w:rsidR="00D147A9" w:rsidRPr="003759B6" w:rsidRDefault="00EE2E13">
      <w:pPr>
        <w:pStyle w:val="Puntoelenco"/>
        <w:spacing w:after="20"/>
        <w:jc w:val="both"/>
      </w:pPr>
      <w:r w:rsidRPr="003759B6">
        <w:t>accompagnamento sociale;</w:t>
      </w:r>
    </w:p>
    <w:p w14:paraId="4D7142BD" w14:textId="77777777" w:rsidR="00D147A9" w:rsidRPr="003759B6" w:rsidRDefault="00EE2E13">
      <w:pPr>
        <w:pStyle w:val="Puntoelenco"/>
        <w:spacing w:after="20"/>
        <w:jc w:val="both"/>
      </w:pPr>
      <w:r w:rsidRPr="003759B6">
        <w:t>supporto relazionale;</w:t>
      </w:r>
    </w:p>
    <w:p w14:paraId="0D1A2381" w14:textId="77777777" w:rsidR="00D147A9" w:rsidRPr="003759B6" w:rsidRDefault="00EE2E13">
      <w:pPr>
        <w:pStyle w:val="Puntoelenco"/>
        <w:spacing w:after="20"/>
        <w:jc w:val="both"/>
      </w:pPr>
      <w:r w:rsidRPr="003759B6">
        <w:t>servizi di prossimità;</w:t>
      </w:r>
    </w:p>
    <w:p w14:paraId="3ED0D358" w14:textId="77777777" w:rsidR="00D147A9" w:rsidRPr="003759B6" w:rsidRDefault="00EE2E13">
      <w:pPr>
        <w:pStyle w:val="Puntoelenco"/>
        <w:spacing w:after="20"/>
        <w:jc w:val="both"/>
      </w:pPr>
      <w:r w:rsidRPr="003759B6">
        <w:t xml:space="preserve">altro: ____________________. </w:t>
      </w:r>
    </w:p>
    <w:p w14:paraId="6C48BBBF" w14:textId="77777777" w:rsidR="00D147A9" w:rsidRPr="003759B6" w:rsidRDefault="00EE2E13">
      <w:pPr>
        <w:spacing w:after="80" w:line="252" w:lineRule="auto"/>
      </w:pPr>
      <w:r w:rsidRPr="003759B6">
        <w:t>Durata: dal __________ al __________</w:t>
      </w:r>
    </w:p>
    <w:p w14:paraId="3D5773FD" w14:textId="77777777" w:rsidR="00D147A9" w:rsidRPr="003759B6" w:rsidRDefault="00EE2E13">
      <w:pPr>
        <w:spacing w:after="80" w:line="252" w:lineRule="auto"/>
      </w:pPr>
      <w:r w:rsidRPr="003759B6">
        <w:t>Frequenza</w:t>
      </w:r>
      <w:r w:rsidRPr="003759B6">
        <w:t>: ____________________</w:t>
      </w:r>
    </w:p>
    <w:p w14:paraId="5F099670" w14:textId="77777777" w:rsidR="00D147A9" w:rsidRPr="003759B6" w:rsidRDefault="00EE2E13">
      <w:pPr>
        <w:spacing w:after="80" w:line="252" w:lineRule="auto"/>
      </w:pPr>
      <w:r w:rsidRPr="003759B6">
        <w:t>Monte ore previsto: ____________________</w:t>
      </w:r>
    </w:p>
    <w:p w14:paraId="0DDD2540" w14:textId="77777777" w:rsidR="00D147A9" w:rsidRPr="003759B6" w:rsidRDefault="00EE2E13">
      <w:pPr>
        <w:spacing w:after="80" w:line="252" w:lineRule="auto"/>
      </w:pPr>
      <w:r w:rsidRPr="003759B6">
        <w:t>Referente comunale: ____________________</w:t>
      </w:r>
    </w:p>
    <w:p w14:paraId="77EAC490" w14:textId="77777777" w:rsidR="00D147A9" w:rsidRPr="003759B6" w:rsidRDefault="00EE2E13">
      <w:pPr>
        <w:spacing w:after="80" w:line="252" w:lineRule="auto"/>
      </w:pPr>
      <w:r w:rsidRPr="003759B6">
        <w:t>Referente ETS: ____________________</w:t>
      </w:r>
    </w:p>
    <w:p w14:paraId="0483D0FC" w14:textId="77777777" w:rsidR="00D147A9" w:rsidRPr="003759B6" w:rsidRDefault="00EE2E13">
      <w:pPr>
        <w:spacing w:after="80" w:line="252" w:lineRule="auto"/>
        <w:jc w:val="both"/>
      </w:pPr>
      <w:r w:rsidRPr="003759B6">
        <w:t>Il beneficiario dichiara di accettare il servizio e di essere informato che lo stesso è gratuito e finanziato con r</w:t>
      </w:r>
      <w:r w:rsidRPr="003759B6">
        <w:t>isorse QSFP 2025.</w:t>
      </w:r>
    </w:p>
    <w:p w14:paraId="4FF51303" w14:textId="77777777" w:rsidR="00D147A9" w:rsidRPr="003759B6" w:rsidRDefault="00D147A9">
      <w:pPr>
        <w:spacing w:after="160" w:line="252" w:lineRule="auto"/>
        <w:jc w:val="both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49"/>
        <w:gridCol w:w="3249"/>
        <w:gridCol w:w="3249"/>
      </w:tblGrid>
      <w:tr w:rsidR="00D147A9" w:rsidRPr="003759B6" w14:paraId="15790FA3" w14:textId="77777777">
        <w:trPr>
          <w:jc w:val="center"/>
        </w:trPr>
        <w:tc>
          <w:tcPr>
            <w:tcW w:w="3249" w:type="dxa"/>
          </w:tcPr>
          <w:p w14:paraId="07E72E2A" w14:textId="77777777" w:rsidR="00D147A9" w:rsidRPr="003759B6" w:rsidRDefault="00EE2E13">
            <w:pPr>
              <w:jc w:val="center"/>
            </w:pPr>
            <w:r w:rsidRPr="003759B6">
              <w:rPr>
                <w:b/>
                <w:sz w:val="20"/>
              </w:rPr>
              <w:t>Firma beneficiario/familiare/caregiver</w:t>
            </w:r>
            <w:r w:rsidRPr="003759B6">
              <w:rPr>
                <w:b/>
                <w:sz w:val="20"/>
              </w:rPr>
              <w:br/>
            </w:r>
            <w:r w:rsidRPr="003759B6">
              <w:rPr>
                <w:b/>
                <w:sz w:val="20"/>
              </w:rPr>
              <w:br/>
              <w:t>____________________________</w:t>
            </w:r>
          </w:p>
        </w:tc>
        <w:tc>
          <w:tcPr>
            <w:tcW w:w="3249" w:type="dxa"/>
          </w:tcPr>
          <w:p w14:paraId="4AE2AD17" w14:textId="77777777" w:rsidR="00D147A9" w:rsidRPr="003759B6" w:rsidRDefault="00EE2E13">
            <w:pPr>
              <w:jc w:val="center"/>
            </w:pPr>
            <w:r w:rsidRPr="003759B6">
              <w:rPr>
                <w:b/>
                <w:sz w:val="20"/>
              </w:rPr>
              <w:t>Firma referente Comune</w:t>
            </w:r>
            <w:r w:rsidRPr="003759B6">
              <w:rPr>
                <w:b/>
                <w:sz w:val="20"/>
              </w:rPr>
              <w:br/>
            </w:r>
            <w:r w:rsidRPr="003759B6">
              <w:rPr>
                <w:b/>
                <w:sz w:val="20"/>
              </w:rPr>
              <w:br/>
              <w:t>____________________________</w:t>
            </w:r>
          </w:p>
        </w:tc>
        <w:tc>
          <w:tcPr>
            <w:tcW w:w="3249" w:type="dxa"/>
          </w:tcPr>
          <w:p w14:paraId="75172F28" w14:textId="77777777" w:rsidR="00D147A9" w:rsidRPr="003759B6" w:rsidRDefault="00EE2E13">
            <w:pPr>
              <w:jc w:val="center"/>
            </w:pPr>
            <w:r w:rsidRPr="003759B6">
              <w:rPr>
                <w:b/>
                <w:sz w:val="20"/>
              </w:rPr>
              <w:t>Firma referente ETS</w:t>
            </w:r>
            <w:r w:rsidRPr="003759B6">
              <w:rPr>
                <w:b/>
                <w:sz w:val="20"/>
              </w:rPr>
              <w:br/>
            </w:r>
            <w:r w:rsidRPr="003759B6">
              <w:rPr>
                <w:b/>
                <w:sz w:val="20"/>
              </w:rPr>
              <w:br/>
              <w:t>____________________________</w:t>
            </w:r>
          </w:p>
        </w:tc>
      </w:tr>
    </w:tbl>
    <w:p w14:paraId="6059AEAA" w14:textId="77777777" w:rsidR="00D147A9" w:rsidRPr="003759B6" w:rsidRDefault="00EE2E13">
      <w:r w:rsidRPr="003759B6">
        <w:br w:type="page"/>
      </w:r>
    </w:p>
    <w:p w14:paraId="6B8E906A" w14:textId="77777777" w:rsidR="00D147A9" w:rsidRPr="003759B6" w:rsidRDefault="00EE2E13">
      <w:pPr>
        <w:jc w:val="center"/>
      </w:pPr>
      <w:r w:rsidRPr="003759B6">
        <w:rPr>
          <w:b/>
          <w:sz w:val="24"/>
        </w:rPr>
        <w:lastRenderedPageBreak/>
        <w:t>MODELLO D4 - ATTESTAZIONE SERVIZIO RESO</w:t>
      </w:r>
    </w:p>
    <w:p w14:paraId="5747187C" w14:textId="77777777" w:rsidR="00D147A9" w:rsidRPr="003759B6" w:rsidRDefault="00EE2E13">
      <w:pPr>
        <w:spacing w:after="80" w:line="252" w:lineRule="auto"/>
        <w:jc w:val="both"/>
      </w:pPr>
      <w:r w:rsidRPr="003759B6">
        <w:t xml:space="preserve">Beneficiario: </w:t>
      </w:r>
      <w:r w:rsidRPr="003759B6">
        <w:t>____________________</w:t>
      </w:r>
    </w:p>
    <w:p w14:paraId="5D832F20" w14:textId="77777777" w:rsidR="00D147A9" w:rsidRPr="003759B6" w:rsidRDefault="00EE2E13">
      <w:pPr>
        <w:spacing w:after="80" w:line="252" w:lineRule="auto"/>
        <w:jc w:val="both"/>
      </w:pPr>
      <w:r w:rsidRPr="003759B6">
        <w:t>ETS: ____________________</w:t>
      </w:r>
    </w:p>
    <w:p w14:paraId="0CB3D5EA" w14:textId="77777777" w:rsidR="00D147A9" w:rsidRPr="003759B6" w:rsidRDefault="00EE2E13">
      <w:pPr>
        <w:spacing w:after="80" w:line="252" w:lineRule="auto"/>
        <w:jc w:val="both"/>
      </w:pPr>
      <w:r w:rsidRPr="003759B6">
        <w:t>Periodo di riferimento: dal __________ al __________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1949"/>
        <w:gridCol w:w="1949"/>
        <w:gridCol w:w="1949"/>
        <w:gridCol w:w="1949"/>
      </w:tblGrid>
      <w:tr w:rsidR="00D147A9" w:rsidRPr="003759B6" w14:paraId="0BEEB8A6" w14:textId="77777777">
        <w:trPr>
          <w:jc w:val="center"/>
        </w:trPr>
        <w:tc>
          <w:tcPr>
            <w:tcW w:w="1949" w:type="dxa"/>
            <w:shd w:val="clear" w:color="auto" w:fill="D9EAF7"/>
          </w:tcPr>
          <w:p w14:paraId="6A222C13" w14:textId="77777777" w:rsidR="00D147A9" w:rsidRPr="003759B6" w:rsidRDefault="00EE2E13">
            <w:pPr>
              <w:jc w:val="center"/>
            </w:pPr>
            <w:r w:rsidRPr="003759B6">
              <w:rPr>
                <w:b/>
                <w:sz w:val="16"/>
              </w:rPr>
              <w:t>Data</w:t>
            </w:r>
          </w:p>
        </w:tc>
        <w:tc>
          <w:tcPr>
            <w:tcW w:w="1949" w:type="dxa"/>
            <w:shd w:val="clear" w:color="auto" w:fill="D9EAF7"/>
          </w:tcPr>
          <w:p w14:paraId="3C01CC57" w14:textId="77777777" w:rsidR="00D147A9" w:rsidRPr="003759B6" w:rsidRDefault="00EE2E13">
            <w:pPr>
              <w:jc w:val="center"/>
            </w:pPr>
            <w:r w:rsidRPr="003759B6">
              <w:rPr>
                <w:b/>
                <w:sz w:val="16"/>
              </w:rPr>
              <w:t>Prestazione</w:t>
            </w:r>
          </w:p>
        </w:tc>
        <w:tc>
          <w:tcPr>
            <w:tcW w:w="1949" w:type="dxa"/>
            <w:shd w:val="clear" w:color="auto" w:fill="D9EAF7"/>
          </w:tcPr>
          <w:p w14:paraId="2C08ED9D" w14:textId="77777777" w:rsidR="00D147A9" w:rsidRPr="003759B6" w:rsidRDefault="00EE2E13">
            <w:pPr>
              <w:jc w:val="center"/>
            </w:pPr>
            <w:r w:rsidRPr="003759B6">
              <w:rPr>
                <w:b/>
                <w:sz w:val="16"/>
              </w:rPr>
              <w:t>Ora inizio/fine</w:t>
            </w:r>
          </w:p>
        </w:tc>
        <w:tc>
          <w:tcPr>
            <w:tcW w:w="1949" w:type="dxa"/>
            <w:shd w:val="clear" w:color="auto" w:fill="D9EAF7"/>
          </w:tcPr>
          <w:p w14:paraId="6D9068DD" w14:textId="77777777" w:rsidR="00D147A9" w:rsidRPr="003759B6" w:rsidRDefault="00EE2E13">
            <w:pPr>
              <w:jc w:val="center"/>
            </w:pPr>
            <w:r w:rsidRPr="003759B6">
              <w:rPr>
                <w:b/>
                <w:sz w:val="16"/>
              </w:rPr>
              <w:t>Operatore/volontario</w:t>
            </w:r>
          </w:p>
        </w:tc>
        <w:tc>
          <w:tcPr>
            <w:tcW w:w="1949" w:type="dxa"/>
            <w:shd w:val="clear" w:color="auto" w:fill="D9EAF7"/>
          </w:tcPr>
          <w:p w14:paraId="5813D567" w14:textId="77777777" w:rsidR="00D147A9" w:rsidRPr="003759B6" w:rsidRDefault="00EE2E13">
            <w:pPr>
              <w:jc w:val="center"/>
            </w:pPr>
            <w:r w:rsidRPr="003759B6">
              <w:rPr>
                <w:b/>
                <w:sz w:val="16"/>
              </w:rPr>
              <w:t>Firma/attestazione</w:t>
            </w:r>
          </w:p>
        </w:tc>
      </w:tr>
      <w:tr w:rsidR="00D147A9" w:rsidRPr="003759B6" w14:paraId="1C54464B" w14:textId="77777777">
        <w:trPr>
          <w:jc w:val="center"/>
        </w:trPr>
        <w:tc>
          <w:tcPr>
            <w:tcW w:w="1949" w:type="dxa"/>
          </w:tcPr>
          <w:p w14:paraId="602E5ED1" w14:textId="77777777" w:rsidR="00D147A9" w:rsidRPr="003759B6" w:rsidRDefault="00D147A9"/>
        </w:tc>
        <w:tc>
          <w:tcPr>
            <w:tcW w:w="1949" w:type="dxa"/>
          </w:tcPr>
          <w:p w14:paraId="6DF85FB3" w14:textId="77777777" w:rsidR="00D147A9" w:rsidRPr="003759B6" w:rsidRDefault="00D147A9"/>
        </w:tc>
        <w:tc>
          <w:tcPr>
            <w:tcW w:w="1949" w:type="dxa"/>
          </w:tcPr>
          <w:p w14:paraId="6C7C45D1" w14:textId="77777777" w:rsidR="00D147A9" w:rsidRPr="003759B6" w:rsidRDefault="00D147A9"/>
        </w:tc>
        <w:tc>
          <w:tcPr>
            <w:tcW w:w="1949" w:type="dxa"/>
          </w:tcPr>
          <w:p w14:paraId="768F636D" w14:textId="77777777" w:rsidR="00D147A9" w:rsidRPr="003759B6" w:rsidRDefault="00D147A9"/>
        </w:tc>
        <w:tc>
          <w:tcPr>
            <w:tcW w:w="1949" w:type="dxa"/>
          </w:tcPr>
          <w:p w14:paraId="75E63A37" w14:textId="77777777" w:rsidR="00D147A9" w:rsidRPr="003759B6" w:rsidRDefault="00D147A9"/>
        </w:tc>
      </w:tr>
      <w:tr w:rsidR="00D147A9" w:rsidRPr="003759B6" w14:paraId="5F533B5A" w14:textId="77777777">
        <w:trPr>
          <w:jc w:val="center"/>
        </w:trPr>
        <w:tc>
          <w:tcPr>
            <w:tcW w:w="1949" w:type="dxa"/>
          </w:tcPr>
          <w:p w14:paraId="68197DE4" w14:textId="77777777" w:rsidR="00D147A9" w:rsidRPr="003759B6" w:rsidRDefault="00D147A9"/>
        </w:tc>
        <w:tc>
          <w:tcPr>
            <w:tcW w:w="1949" w:type="dxa"/>
          </w:tcPr>
          <w:p w14:paraId="34FF7B15" w14:textId="77777777" w:rsidR="00D147A9" w:rsidRPr="003759B6" w:rsidRDefault="00D147A9"/>
        </w:tc>
        <w:tc>
          <w:tcPr>
            <w:tcW w:w="1949" w:type="dxa"/>
          </w:tcPr>
          <w:p w14:paraId="482193A5" w14:textId="77777777" w:rsidR="00D147A9" w:rsidRPr="003759B6" w:rsidRDefault="00D147A9"/>
        </w:tc>
        <w:tc>
          <w:tcPr>
            <w:tcW w:w="1949" w:type="dxa"/>
          </w:tcPr>
          <w:p w14:paraId="4B29F190" w14:textId="77777777" w:rsidR="00D147A9" w:rsidRPr="003759B6" w:rsidRDefault="00D147A9"/>
        </w:tc>
        <w:tc>
          <w:tcPr>
            <w:tcW w:w="1949" w:type="dxa"/>
          </w:tcPr>
          <w:p w14:paraId="23250C3D" w14:textId="77777777" w:rsidR="00D147A9" w:rsidRPr="003759B6" w:rsidRDefault="00D147A9"/>
        </w:tc>
      </w:tr>
      <w:tr w:rsidR="00D147A9" w:rsidRPr="003759B6" w14:paraId="51EFD312" w14:textId="77777777">
        <w:trPr>
          <w:jc w:val="center"/>
        </w:trPr>
        <w:tc>
          <w:tcPr>
            <w:tcW w:w="1949" w:type="dxa"/>
          </w:tcPr>
          <w:p w14:paraId="1718D892" w14:textId="77777777" w:rsidR="00D147A9" w:rsidRPr="003759B6" w:rsidRDefault="00D147A9"/>
        </w:tc>
        <w:tc>
          <w:tcPr>
            <w:tcW w:w="1949" w:type="dxa"/>
          </w:tcPr>
          <w:p w14:paraId="2F390998" w14:textId="77777777" w:rsidR="00D147A9" w:rsidRPr="003759B6" w:rsidRDefault="00D147A9"/>
        </w:tc>
        <w:tc>
          <w:tcPr>
            <w:tcW w:w="1949" w:type="dxa"/>
          </w:tcPr>
          <w:p w14:paraId="3A31DAAB" w14:textId="77777777" w:rsidR="00D147A9" w:rsidRPr="003759B6" w:rsidRDefault="00D147A9"/>
        </w:tc>
        <w:tc>
          <w:tcPr>
            <w:tcW w:w="1949" w:type="dxa"/>
          </w:tcPr>
          <w:p w14:paraId="259EB2C8" w14:textId="77777777" w:rsidR="00D147A9" w:rsidRPr="003759B6" w:rsidRDefault="00D147A9"/>
        </w:tc>
        <w:tc>
          <w:tcPr>
            <w:tcW w:w="1949" w:type="dxa"/>
          </w:tcPr>
          <w:p w14:paraId="543D6245" w14:textId="77777777" w:rsidR="00D147A9" w:rsidRPr="003759B6" w:rsidRDefault="00D147A9"/>
        </w:tc>
      </w:tr>
      <w:tr w:rsidR="00D147A9" w:rsidRPr="003759B6" w14:paraId="3A10CA25" w14:textId="77777777">
        <w:trPr>
          <w:jc w:val="center"/>
        </w:trPr>
        <w:tc>
          <w:tcPr>
            <w:tcW w:w="1949" w:type="dxa"/>
          </w:tcPr>
          <w:p w14:paraId="788149DA" w14:textId="77777777" w:rsidR="00D147A9" w:rsidRPr="003759B6" w:rsidRDefault="00D147A9"/>
        </w:tc>
        <w:tc>
          <w:tcPr>
            <w:tcW w:w="1949" w:type="dxa"/>
          </w:tcPr>
          <w:p w14:paraId="12FB3B1E" w14:textId="77777777" w:rsidR="00D147A9" w:rsidRPr="003759B6" w:rsidRDefault="00D147A9"/>
        </w:tc>
        <w:tc>
          <w:tcPr>
            <w:tcW w:w="1949" w:type="dxa"/>
          </w:tcPr>
          <w:p w14:paraId="4B179862" w14:textId="77777777" w:rsidR="00D147A9" w:rsidRPr="003759B6" w:rsidRDefault="00D147A9"/>
        </w:tc>
        <w:tc>
          <w:tcPr>
            <w:tcW w:w="1949" w:type="dxa"/>
          </w:tcPr>
          <w:p w14:paraId="633DC110" w14:textId="77777777" w:rsidR="00D147A9" w:rsidRPr="003759B6" w:rsidRDefault="00D147A9"/>
        </w:tc>
        <w:tc>
          <w:tcPr>
            <w:tcW w:w="1949" w:type="dxa"/>
          </w:tcPr>
          <w:p w14:paraId="53247E5E" w14:textId="77777777" w:rsidR="00D147A9" w:rsidRPr="003759B6" w:rsidRDefault="00D147A9"/>
        </w:tc>
      </w:tr>
      <w:tr w:rsidR="00D147A9" w:rsidRPr="003759B6" w14:paraId="68914780" w14:textId="77777777">
        <w:trPr>
          <w:jc w:val="center"/>
        </w:trPr>
        <w:tc>
          <w:tcPr>
            <w:tcW w:w="1949" w:type="dxa"/>
          </w:tcPr>
          <w:p w14:paraId="3127B9CB" w14:textId="77777777" w:rsidR="00D147A9" w:rsidRPr="003759B6" w:rsidRDefault="00D147A9"/>
        </w:tc>
        <w:tc>
          <w:tcPr>
            <w:tcW w:w="1949" w:type="dxa"/>
          </w:tcPr>
          <w:p w14:paraId="5C0F7E1B" w14:textId="77777777" w:rsidR="00D147A9" w:rsidRPr="003759B6" w:rsidRDefault="00D147A9"/>
        </w:tc>
        <w:tc>
          <w:tcPr>
            <w:tcW w:w="1949" w:type="dxa"/>
          </w:tcPr>
          <w:p w14:paraId="5965B816" w14:textId="77777777" w:rsidR="00D147A9" w:rsidRPr="003759B6" w:rsidRDefault="00D147A9"/>
        </w:tc>
        <w:tc>
          <w:tcPr>
            <w:tcW w:w="1949" w:type="dxa"/>
          </w:tcPr>
          <w:p w14:paraId="2E53FB83" w14:textId="77777777" w:rsidR="00D147A9" w:rsidRPr="003759B6" w:rsidRDefault="00D147A9"/>
        </w:tc>
        <w:tc>
          <w:tcPr>
            <w:tcW w:w="1949" w:type="dxa"/>
          </w:tcPr>
          <w:p w14:paraId="66E48A0F" w14:textId="77777777" w:rsidR="00D147A9" w:rsidRPr="003759B6" w:rsidRDefault="00D147A9"/>
        </w:tc>
      </w:tr>
      <w:tr w:rsidR="00D147A9" w:rsidRPr="003759B6" w14:paraId="05D64BA7" w14:textId="77777777">
        <w:trPr>
          <w:jc w:val="center"/>
        </w:trPr>
        <w:tc>
          <w:tcPr>
            <w:tcW w:w="1949" w:type="dxa"/>
          </w:tcPr>
          <w:p w14:paraId="2870E27A" w14:textId="77777777" w:rsidR="00D147A9" w:rsidRPr="003759B6" w:rsidRDefault="00D147A9"/>
        </w:tc>
        <w:tc>
          <w:tcPr>
            <w:tcW w:w="1949" w:type="dxa"/>
          </w:tcPr>
          <w:p w14:paraId="0DAD2828" w14:textId="77777777" w:rsidR="00D147A9" w:rsidRPr="003759B6" w:rsidRDefault="00D147A9"/>
        </w:tc>
        <w:tc>
          <w:tcPr>
            <w:tcW w:w="1949" w:type="dxa"/>
          </w:tcPr>
          <w:p w14:paraId="46EA4519" w14:textId="77777777" w:rsidR="00D147A9" w:rsidRPr="003759B6" w:rsidRDefault="00D147A9"/>
        </w:tc>
        <w:tc>
          <w:tcPr>
            <w:tcW w:w="1949" w:type="dxa"/>
          </w:tcPr>
          <w:p w14:paraId="24699D43" w14:textId="77777777" w:rsidR="00D147A9" w:rsidRPr="003759B6" w:rsidRDefault="00D147A9"/>
        </w:tc>
        <w:tc>
          <w:tcPr>
            <w:tcW w:w="1949" w:type="dxa"/>
          </w:tcPr>
          <w:p w14:paraId="02C2CA44" w14:textId="77777777" w:rsidR="00D147A9" w:rsidRPr="003759B6" w:rsidRDefault="00D147A9"/>
        </w:tc>
      </w:tr>
      <w:tr w:rsidR="00D147A9" w:rsidRPr="003759B6" w14:paraId="2D6D069D" w14:textId="77777777">
        <w:trPr>
          <w:jc w:val="center"/>
        </w:trPr>
        <w:tc>
          <w:tcPr>
            <w:tcW w:w="1949" w:type="dxa"/>
          </w:tcPr>
          <w:p w14:paraId="0920FAF3" w14:textId="77777777" w:rsidR="00D147A9" w:rsidRPr="003759B6" w:rsidRDefault="00D147A9"/>
        </w:tc>
        <w:tc>
          <w:tcPr>
            <w:tcW w:w="1949" w:type="dxa"/>
          </w:tcPr>
          <w:p w14:paraId="5147E601" w14:textId="77777777" w:rsidR="00D147A9" w:rsidRPr="003759B6" w:rsidRDefault="00D147A9"/>
        </w:tc>
        <w:tc>
          <w:tcPr>
            <w:tcW w:w="1949" w:type="dxa"/>
          </w:tcPr>
          <w:p w14:paraId="4E4F859D" w14:textId="77777777" w:rsidR="00D147A9" w:rsidRPr="003759B6" w:rsidRDefault="00D147A9"/>
        </w:tc>
        <w:tc>
          <w:tcPr>
            <w:tcW w:w="1949" w:type="dxa"/>
          </w:tcPr>
          <w:p w14:paraId="5BC5B565" w14:textId="77777777" w:rsidR="00D147A9" w:rsidRPr="003759B6" w:rsidRDefault="00D147A9"/>
        </w:tc>
        <w:tc>
          <w:tcPr>
            <w:tcW w:w="1949" w:type="dxa"/>
          </w:tcPr>
          <w:p w14:paraId="4ACCC9F8" w14:textId="77777777" w:rsidR="00D147A9" w:rsidRPr="003759B6" w:rsidRDefault="00D147A9"/>
        </w:tc>
      </w:tr>
      <w:tr w:rsidR="00D147A9" w:rsidRPr="003759B6" w14:paraId="51A93CB0" w14:textId="77777777">
        <w:trPr>
          <w:jc w:val="center"/>
        </w:trPr>
        <w:tc>
          <w:tcPr>
            <w:tcW w:w="1949" w:type="dxa"/>
          </w:tcPr>
          <w:p w14:paraId="4AA36E81" w14:textId="77777777" w:rsidR="00D147A9" w:rsidRPr="003759B6" w:rsidRDefault="00D147A9"/>
        </w:tc>
        <w:tc>
          <w:tcPr>
            <w:tcW w:w="1949" w:type="dxa"/>
          </w:tcPr>
          <w:p w14:paraId="7AD330EA" w14:textId="77777777" w:rsidR="00D147A9" w:rsidRPr="003759B6" w:rsidRDefault="00D147A9"/>
        </w:tc>
        <w:tc>
          <w:tcPr>
            <w:tcW w:w="1949" w:type="dxa"/>
          </w:tcPr>
          <w:p w14:paraId="130869FC" w14:textId="77777777" w:rsidR="00D147A9" w:rsidRPr="003759B6" w:rsidRDefault="00D147A9"/>
        </w:tc>
        <w:tc>
          <w:tcPr>
            <w:tcW w:w="1949" w:type="dxa"/>
          </w:tcPr>
          <w:p w14:paraId="44D6AE74" w14:textId="77777777" w:rsidR="00D147A9" w:rsidRPr="003759B6" w:rsidRDefault="00D147A9"/>
        </w:tc>
        <w:tc>
          <w:tcPr>
            <w:tcW w:w="1949" w:type="dxa"/>
          </w:tcPr>
          <w:p w14:paraId="7AEF8409" w14:textId="77777777" w:rsidR="00D147A9" w:rsidRPr="003759B6" w:rsidRDefault="00D147A9"/>
        </w:tc>
      </w:tr>
      <w:tr w:rsidR="00D147A9" w:rsidRPr="003759B6" w14:paraId="7669095E" w14:textId="77777777">
        <w:trPr>
          <w:jc w:val="center"/>
        </w:trPr>
        <w:tc>
          <w:tcPr>
            <w:tcW w:w="1949" w:type="dxa"/>
          </w:tcPr>
          <w:p w14:paraId="648A09AC" w14:textId="77777777" w:rsidR="00D147A9" w:rsidRPr="003759B6" w:rsidRDefault="00D147A9"/>
        </w:tc>
        <w:tc>
          <w:tcPr>
            <w:tcW w:w="1949" w:type="dxa"/>
          </w:tcPr>
          <w:p w14:paraId="1EA1EE3E" w14:textId="77777777" w:rsidR="00D147A9" w:rsidRPr="003759B6" w:rsidRDefault="00D147A9"/>
        </w:tc>
        <w:tc>
          <w:tcPr>
            <w:tcW w:w="1949" w:type="dxa"/>
          </w:tcPr>
          <w:p w14:paraId="453D836F" w14:textId="77777777" w:rsidR="00D147A9" w:rsidRPr="003759B6" w:rsidRDefault="00D147A9"/>
        </w:tc>
        <w:tc>
          <w:tcPr>
            <w:tcW w:w="1949" w:type="dxa"/>
          </w:tcPr>
          <w:p w14:paraId="63E81B07" w14:textId="77777777" w:rsidR="00D147A9" w:rsidRPr="003759B6" w:rsidRDefault="00D147A9"/>
        </w:tc>
        <w:tc>
          <w:tcPr>
            <w:tcW w:w="1949" w:type="dxa"/>
          </w:tcPr>
          <w:p w14:paraId="5A61D659" w14:textId="77777777" w:rsidR="00D147A9" w:rsidRPr="003759B6" w:rsidRDefault="00D147A9"/>
        </w:tc>
      </w:tr>
      <w:tr w:rsidR="00D147A9" w:rsidRPr="003759B6" w14:paraId="577F59FA" w14:textId="77777777">
        <w:trPr>
          <w:jc w:val="center"/>
        </w:trPr>
        <w:tc>
          <w:tcPr>
            <w:tcW w:w="1949" w:type="dxa"/>
          </w:tcPr>
          <w:p w14:paraId="369950B6" w14:textId="77777777" w:rsidR="00D147A9" w:rsidRPr="003759B6" w:rsidRDefault="00D147A9"/>
        </w:tc>
        <w:tc>
          <w:tcPr>
            <w:tcW w:w="1949" w:type="dxa"/>
          </w:tcPr>
          <w:p w14:paraId="32BA2FCF" w14:textId="77777777" w:rsidR="00D147A9" w:rsidRPr="003759B6" w:rsidRDefault="00D147A9"/>
        </w:tc>
        <w:tc>
          <w:tcPr>
            <w:tcW w:w="1949" w:type="dxa"/>
          </w:tcPr>
          <w:p w14:paraId="2BC8DBF0" w14:textId="77777777" w:rsidR="00D147A9" w:rsidRPr="003759B6" w:rsidRDefault="00D147A9"/>
        </w:tc>
        <w:tc>
          <w:tcPr>
            <w:tcW w:w="1949" w:type="dxa"/>
          </w:tcPr>
          <w:p w14:paraId="53AA4174" w14:textId="77777777" w:rsidR="00D147A9" w:rsidRPr="003759B6" w:rsidRDefault="00D147A9"/>
        </w:tc>
        <w:tc>
          <w:tcPr>
            <w:tcW w:w="1949" w:type="dxa"/>
          </w:tcPr>
          <w:p w14:paraId="459DF2FB" w14:textId="77777777" w:rsidR="00D147A9" w:rsidRPr="003759B6" w:rsidRDefault="00D147A9"/>
        </w:tc>
      </w:tr>
      <w:tr w:rsidR="00D147A9" w:rsidRPr="003759B6" w14:paraId="3497D350" w14:textId="77777777">
        <w:trPr>
          <w:jc w:val="center"/>
        </w:trPr>
        <w:tc>
          <w:tcPr>
            <w:tcW w:w="1949" w:type="dxa"/>
          </w:tcPr>
          <w:p w14:paraId="4BABC102" w14:textId="77777777" w:rsidR="00D147A9" w:rsidRPr="003759B6" w:rsidRDefault="00D147A9"/>
        </w:tc>
        <w:tc>
          <w:tcPr>
            <w:tcW w:w="1949" w:type="dxa"/>
          </w:tcPr>
          <w:p w14:paraId="171846DE" w14:textId="77777777" w:rsidR="00D147A9" w:rsidRPr="003759B6" w:rsidRDefault="00D147A9"/>
        </w:tc>
        <w:tc>
          <w:tcPr>
            <w:tcW w:w="1949" w:type="dxa"/>
          </w:tcPr>
          <w:p w14:paraId="19635DA9" w14:textId="77777777" w:rsidR="00D147A9" w:rsidRPr="003759B6" w:rsidRDefault="00D147A9"/>
        </w:tc>
        <w:tc>
          <w:tcPr>
            <w:tcW w:w="1949" w:type="dxa"/>
          </w:tcPr>
          <w:p w14:paraId="140CD9EA" w14:textId="77777777" w:rsidR="00D147A9" w:rsidRPr="003759B6" w:rsidRDefault="00D147A9"/>
        </w:tc>
        <w:tc>
          <w:tcPr>
            <w:tcW w:w="1949" w:type="dxa"/>
          </w:tcPr>
          <w:p w14:paraId="4C109E5A" w14:textId="77777777" w:rsidR="00D147A9" w:rsidRPr="003759B6" w:rsidRDefault="00D147A9"/>
        </w:tc>
      </w:tr>
      <w:tr w:rsidR="00D147A9" w:rsidRPr="003759B6" w14:paraId="5FA4F094" w14:textId="77777777">
        <w:trPr>
          <w:jc w:val="center"/>
        </w:trPr>
        <w:tc>
          <w:tcPr>
            <w:tcW w:w="1949" w:type="dxa"/>
          </w:tcPr>
          <w:p w14:paraId="3F927E20" w14:textId="77777777" w:rsidR="00D147A9" w:rsidRPr="003759B6" w:rsidRDefault="00D147A9"/>
        </w:tc>
        <w:tc>
          <w:tcPr>
            <w:tcW w:w="1949" w:type="dxa"/>
          </w:tcPr>
          <w:p w14:paraId="71FD7833" w14:textId="77777777" w:rsidR="00D147A9" w:rsidRPr="003759B6" w:rsidRDefault="00D147A9"/>
        </w:tc>
        <w:tc>
          <w:tcPr>
            <w:tcW w:w="1949" w:type="dxa"/>
          </w:tcPr>
          <w:p w14:paraId="23F92FEB" w14:textId="77777777" w:rsidR="00D147A9" w:rsidRPr="003759B6" w:rsidRDefault="00D147A9"/>
        </w:tc>
        <w:tc>
          <w:tcPr>
            <w:tcW w:w="1949" w:type="dxa"/>
          </w:tcPr>
          <w:p w14:paraId="29B019B9" w14:textId="77777777" w:rsidR="00D147A9" w:rsidRPr="003759B6" w:rsidRDefault="00D147A9"/>
        </w:tc>
        <w:tc>
          <w:tcPr>
            <w:tcW w:w="1949" w:type="dxa"/>
          </w:tcPr>
          <w:p w14:paraId="63D78F65" w14:textId="77777777" w:rsidR="00D147A9" w:rsidRPr="003759B6" w:rsidRDefault="00D147A9"/>
        </w:tc>
      </w:tr>
    </w:tbl>
    <w:p w14:paraId="55AE4444" w14:textId="59260ACA" w:rsidR="00D147A9" w:rsidRDefault="00EE2E13">
      <w:pPr>
        <w:spacing w:after="80" w:line="252" w:lineRule="auto"/>
        <w:jc w:val="both"/>
      </w:pPr>
      <w:r w:rsidRPr="003759B6">
        <w:t xml:space="preserve">Il presente modello deve riportare il CUP </w:t>
      </w:r>
      <w:r w:rsidR="003759B6" w:rsidRPr="003759B6">
        <w:t>F81H25000250001</w:t>
      </w:r>
      <w:r w:rsidR="003759B6">
        <w:t xml:space="preserve"> </w:t>
      </w:r>
      <w:r w:rsidRPr="003759B6">
        <w:t>ed essere trasmesso al Comune ai fini della rendicontazione.</w:t>
      </w:r>
    </w:p>
    <w:sectPr w:rsidR="00D147A9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FAA109" w14:textId="77777777" w:rsidR="00EE2E13" w:rsidRPr="003759B6" w:rsidRDefault="00EE2E13">
      <w:pPr>
        <w:spacing w:after="0" w:line="240" w:lineRule="auto"/>
      </w:pPr>
      <w:r w:rsidRPr="003759B6">
        <w:separator/>
      </w:r>
    </w:p>
  </w:endnote>
  <w:endnote w:type="continuationSeparator" w:id="0">
    <w:p w14:paraId="4A245C65" w14:textId="77777777" w:rsidR="00EE2E13" w:rsidRPr="003759B6" w:rsidRDefault="00EE2E13">
      <w:pPr>
        <w:spacing w:after="0" w:line="240" w:lineRule="auto"/>
      </w:pPr>
      <w:r w:rsidRPr="003759B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24A2A3" w14:textId="77777777" w:rsidR="00371A0D" w:rsidRDefault="00371A0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2CDD9E" w14:textId="77777777" w:rsidR="00371A0D" w:rsidRDefault="00371A0D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A5FC1C" w14:textId="77777777" w:rsidR="00371A0D" w:rsidRDefault="00371A0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4A4711" w14:textId="77777777" w:rsidR="00EE2E13" w:rsidRPr="003759B6" w:rsidRDefault="00EE2E13">
      <w:pPr>
        <w:spacing w:after="0" w:line="240" w:lineRule="auto"/>
      </w:pPr>
      <w:r w:rsidRPr="003759B6">
        <w:separator/>
      </w:r>
    </w:p>
  </w:footnote>
  <w:footnote w:type="continuationSeparator" w:id="0">
    <w:p w14:paraId="7F8917FE" w14:textId="77777777" w:rsidR="00EE2E13" w:rsidRPr="003759B6" w:rsidRDefault="00EE2E13">
      <w:pPr>
        <w:spacing w:after="0" w:line="240" w:lineRule="auto"/>
      </w:pPr>
      <w:r w:rsidRPr="003759B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2865C9" w14:textId="77777777" w:rsidR="00371A0D" w:rsidRDefault="00371A0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24C690" w14:textId="1BDF1D44" w:rsidR="003759B6" w:rsidRPr="003759B6" w:rsidRDefault="00371A0D" w:rsidP="003759B6">
    <w:pPr>
      <w:pStyle w:val="Intestazione"/>
    </w:pPr>
    <w:r w:rsidRPr="00901AF1">
      <w:rPr>
        <w:noProof/>
        <w:kern w:val="2"/>
        <w14:ligatures w14:val="standardContextual"/>
      </w:rPr>
      <w:drawing>
        <wp:anchor distT="0" distB="0" distL="114300" distR="114300" simplePos="0" relativeHeight="251661824" behindDoc="0" locked="0" layoutInCell="1" allowOverlap="1" wp14:anchorId="5E12F519" wp14:editId="5350CD6F">
          <wp:simplePos x="0" y="0"/>
          <wp:positionH relativeFrom="margin">
            <wp:posOffset>3571875</wp:posOffset>
          </wp:positionH>
          <wp:positionV relativeFrom="paragraph">
            <wp:posOffset>-180975</wp:posOffset>
          </wp:positionV>
          <wp:extent cx="952500" cy="1141556"/>
          <wp:effectExtent l="0" t="0" r="0" b="1905"/>
          <wp:wrapNone/>
          <wp:docPr id="175939087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11415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759B6">
      <w:rPr>
        <w:rFonts w:ascii="Garamond" w:hAnsi="Garamond"/>
        <w:noProof/>
      </w:rPr>
      <w:drawing>
        <wp:anchor distT="0" distB="0" distL="114300" distR="114300" simplePos="0" relativeHeight="251656704" behindDoc="0" locked="0" layoutInCell="1" allowOverlap="1" wp14:anchorId="33320988" wp14:editId="5018F52D">
          <wp:simplePos x="0" y="0"/>
          <wp:positionH relativeFrom="margin">
            <wp:posOffset>1758315</wp:posOffset>
          </wp:positionH>
          <wp:positionV relativeFrom="paragraph">
            <wp:posOffset>-255270</wp:posOffset>
          </wp:positionV>
          <wp:extent cx="1319106" cy="1185863"/>
          <wp:effectExtent l="0" t="0" r="0" b="0"/>
          <wp:wrapNone/>
          <wp:docPr id="102579963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5799633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9106" cy="118586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759B6">
      <w:rPr>
        <w:rFonts w:ascii="Garamond" w:hAnsi="Garamond"/>
        <w:bCs/>
        <w:iCs/>
        <w:noProof/>
        <w:color w:val="000000" w:themeColor="text1"/>
        <w:sz w:val="20"/>
        <w:szCs w:val="20"/>
      </w:rPr>
      <w:drawing>
        <wp:anchor distT="0" distB="0" distL="114300" distR="114300" simplePos="0" relativeHeight="251660800" behindDoc="0" locked="0" layoutInCell="1" allowOverlap="1" wp14:anchorId="3DED0D2A" wp14:editId="13FCA402">
          <wp:simplePos x="0" y="0"/>
          <wp:positionH relativeFrom="column">
            <wp:posOffset>-188595</wp:posOffset>
          </wp:positionH>
          <wp:positionV relativeFrom="paragraph">
            <wp:posOffset>168910</wp:posOffset>
          </wp:positionV>
          <wp:extent cx="1699895" cy="446405"/>
          <wp:effectExtent l="0" t="0" r="0" b="0"/>
          <wp:wrapNone/>
          <wp:docPr id="173730226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7302261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9895" cy="446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AE25183" w14:textId="378246B3" w:rsidR="003759B6" w:rsidRPr="003759B6" w:rsidRDefault="003759B6" w:rsidP="003759B6">
    <w:pPr>
      <w:spacing w:after="0"/>
      <w:jc w:val="center"/>
      <w:rPr>
        <w:rFonts w:ascii="Garamond" w:hAnsi="Garamond"/>
        <w:bCs/>
        <w:iCs/>
        <w:color w:val="000000" w:themeColor="text1"/>
        <w:sz w:val="20"/>
        <w:szCs w:val="20"/>
      </w:rPr>
    </w:pPr>
    <w:r w:rsidRPr="003759B6">
      <w:rPr>
        <w:rFonts w:ascii="Garamond" w:hAnsi="Garamond"/>
        <w:bCs/>
        <w:iCs/>
        <w:noProof/>
        <w:color w:val="000000" w:themeColor="text1"/>
        <w:sz w:val="20"/>
        <w:szCs w:val="20"/>
      </w:rPr>
      <w:drawing>
        <wp:anchor distT="0" distB="0" distL="114300" distR="114300" simplePos="0" relativeHeight="251658240" behindDoc="0" locked="0" layoutInCell="1" allowOverlap="1" wp14:anchorId="1C104435" wp14:editId="2831D46C">
          <wp:simplePos x="0" y="0"/>
          <wp:positionH relativeFrom="column">
            <wp:posOffset>4949190</wp:posOffset>
          </wp:positionH>
          <wp:positionV relativeFrom="paragraph">
            <wp:posOffset>6350</wp:posOffset>
          </wp:positionV>
          <wp:extent cx="1386062" cy="505142"/>
          <wp:effectExtent l="0" t="0" r="5080" b="9525"/>
          <wp:wrapNone/>
          <wp:docPr id="193669735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6697357" name="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6062" cy="5051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5DE835" w14:textId="77777777" w:rsidR="003759B6" w:rsidRPr="003759B6" w:rsidRDefault="003759B6" w:rsidP="003759B6">
    <w:pPr>
      <w:spacing w:after="0"/>
      <w:jc w:val="center"/>
      <w:rPr>
        <w:rFonts w:ascii="Garamond" w:hAnsi="Garamond"/>
        <w:bCs/>
        <w:iCs/>
        <w:color w:val="000000" w:themeColor="text1"/>
        <w:sz w:val="20"/>
        <w:szCs w:val="20"/>
      </w:rPr>
    </w:pPr>
  </w:p>
  <w:p w14:paraId="08A1F606" w14:textId="77777777" w:rsidR="003759B6" w:rsidRPr="003759B6" w:rsidRDefault="003759B6" w:rsidP="003759B6">
    <w:pPr>
      <w:spacing w:after="0"/>
      <w:jc w:val="center"/>
      <w:rPr>
        <w:rFonts w:ascii="Garamond" w:hAnsi="Garamond"/>
        <w:bCs/>
        <w:iCs/>
        <w:color w:val="000000" w:themeColor="text1"/>
        <w:sz w:val="20"/>
        <w:szCs w:val="20"/>
      </w:rPr>
    </w:pPr>
  </w:p>
  <w:p w14:paraId="48680392" w14:textId="77777777" w:rsidR="003759B6" w:rsidRPr="003759B6" w:rsidRDefault="003759B6" w:rsidP="003759B6">
    <w:pPr>
      <w:spacing w:after="0"/>
      <w:jc w:val="center"/>
      <w:rPr>
        <w:rFonts w:ascii="Garamond" w:hAnsi="Garamond"/>
        <w:bCs/>
        <w:iCs/>
        <w:color w:val="000000" w:themeColor="text1"/>
        <w:sz w:val="20"/>
        <w:szCs w:val="20"/>
      </w:rPr>
    </w:pPr>
  </w:p>
  <w:p w14:paraId="595DC524" w14:textId="77777777" w:rsidR="003759B6" w:rsidRPr="003759B6" w:rsidRDefault="003759B6" w:rsidP="003759B6">
    <w:pPr>
      <w:spacing w:after="0"/>
      <w:jc w:val="center"/>
      <w:rPr>
        <w:rFonts w:ascii="Garamond" w:hAnsi="Garamond"/>
        <w:bCs/>
        <w:iCs/>
        <w:color w:val="000000" w:themeColor="text1"/>
        <w:sz w:val="20"/>
        <w:szCs w:val="20"/>
      </w:rPr>
    </w:pPr>
  </w:p>
  <w:p w14:paraId="7D60CC64" w14:textId="77777777" w:rsidR="003759B6" w:rsidRPr="003759B6" w:rsidRDefault="003759B6" w:rsidP="003759B6">
    <w:pPr>
      <w:spacing w:after="0"/>
      <w:jc w:val="center"/>
      <w:rPr>
        <w:rFonts w:ascii="Garamond" w:hAnsi="Garamond"/>
        <w:bCs/>
        <w:iCs/>
        <w:color w:val="000000" w:themeColor="text1"/>
        <w:sz w:val="20"/>
        <w:szCs w:val="20"/>
      </w:rPr>
    </w:pPr>
  </w:p>
  <w:p w14:paraId="058E2220" w14:textId="42E4C391" w:rsidR="003759B6" w:rsidRPr="003759B6" w:rsidRDefault="003759B6" w:rsidP="003759B6">
    <w:pPr>
      <w:spacing w:after="0"/>
      <w:jc w:val="center"/>
      <w:rPr>
        <w:rFonts w:ascii="Garamond" w:hAnsi="Garamond"/>
        <w:b/>
        <w:i/>
        <w:color w:val="EE0000"/>
        <w:sz w:val="28"/>
        <w:szCs w:val="28"/>
      </w:rPr>
    </w:pPr>
    <w:bookmarkStart w:id="0" w:name="_GoBack"/>
    <w:bookmarkEnd w:id="0"/>
  </w:p>
  <w:p w14:paraId="38BFDA9A" w14:textId="5D2F6D9D" w:rsidR="003759B6" w:rsidRPr="003759B6" w:rsidRDefault="003759B6" w:rsidP="003759B6">
    <w:pPr>
      <w:spacing w:after="0"/>
      <w:jc w:val="center"/>
      <w:rPr>
        <w:rFonts w:ascii="Garamond" w:hAnsi="Garamond"/>
        <w:bCs/>
        <w:iCs/>
        <w:color w:val="000000" w:themeColor="text1"/>
        <w:sz w:val="20"/>
        <w:szCs w:val="20"/>
      </w:rPr>
    </w:pPr>
  </w:p>
  <w:p w14:paraId="11CDFC87" w14:textId="648E1A09" w:rsidR="00D147A9" w:rsidRPr="003759B6" w:rsidRDefault="00D147A9" w:rsidP="003759B6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216F5" w14:textId="77777777" w:rsidR="00371A0D" w:rsidRDefault="00371A0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71A0D"/>
    <w:rsid w:val="003759B6"/>
    <w:rsid w:val="003E72B6"/>
    <w:rsid w:val="00AA1D8D"/>
    <w:rsid w:val="00B47730"/>
    <w:rsid w:val="00CB0664"/>
    <w:rsid w:val="00D147A9"/>
    <w:rsid w:val="00EE2E13"/>
    <w:rsid w:val="00F071D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47610FC"/>
  <w14:defaultImageDpi w14:val="300"/>
  <w15:docId w15:val="{55F961BC-BC65-40AF-9397-3D04FF555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C693F"/>
    <w:rPr>
      <w:rFonts w:ascii="Times New Roman" w:eastAsia="Times New Roman" w:hAnsi="Times New Roman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4D8BD6-144E-4751-84B4-C555219A6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586</Words>
  <Characters>3343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ROBERTA</cp:lastModifiedBy>
  <cp:revision>3</cp:revision>
  <dcterms:created xsi:type="dcterms:W3CDTF">2013-12-23T23:15:00Z</dcterms:created>
  <dcterms:modified xsi:type="dcterms:W3CDTF">2026-07-17T13:46:00Z</dcterms:modified>
  <cp:category/>
</cp:coreProperties>
</file>